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עולים חדשים - גיאוגרפיה בסיסית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בנושא עיר, כפר, יבשת ומדינה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למצוא מידע פשוט על 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השוואה בין המדינה שבאתי ממנה לישראל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5-7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כמות האנשים שגרים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תמונה שמראה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גבולות ודגל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עיר גדולה יותר ויש בה הרבה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בעולם כמה יבשות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המפה מראה את כל המדינות והיבשות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ישראל היא מדינה, לא יבשת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בכפר גרים פחות אנשים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(חלק גדול מאוד של אדמה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גדול עם הרבה אנשים ובתים)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קטן ושקט)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(ארץ עם גבולות ודגל)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(תמונה שמראה איפה דברים נמצאים)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המדינה שלי וישראל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שם מדינה, שפה, מנהג או מאכל, והשוואה קצרה לישראל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מה עוזר 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לדבר עם חברים, ללמוד מילים חדשות, לשאול שאלות, להכיר שכנים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עיר גדולה עם הרבה אנשים, כפר קטן ושקט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בערך 5-7 יבשות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לדבר עם חברים או ללמוד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מפת עולם בכיתה ולהצביע על היבשות והמדינה של 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בקצרה על הארץ שבאו ממנה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מחלק המילון המצויר ולתרגל הגייה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עולים חדשים - גיאוגרפיה בסיסית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ומושגים בגיאוגרפיה שעוזרים להכיר את הארץ החדשה - עיר, כפר, יבשת ומדינה.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יבשות יש בעולם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5-7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ישראל נמצאת ביבשת...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העיקרי בין עיר לכפר?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הצבע של הבתים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כמות האנשים שגרים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השפה שמדברים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האוכל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סיפורים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שמראה מקומות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יש למדינה שאין לעיר?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גבולות ודגל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רחובות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בעיר יש בדרך כלל יותר אנשים מאשר בכפר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העולם יש רק יבשת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מדינות שונות על המפה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היא יבשת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כפר הוא בדרך כלל קטן יותר מעיר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גר ב__________ חדשה בישראל ויש בה הרבה בתים גבוהים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למצוא את הארץ שלי אני מסתכל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שלי גר ממש ליד הבית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ישראל היא __________ קטנה במזרח התיכון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במקום שקט עם מעט בתים ואנשים גרים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יבשת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קטן ושקט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ארץ עם גבולות ודגל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גדול עם הרבה אנשים ובתים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תמונה שמראה איפה דברים נמצאים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חלק גדול מאוד של אדמה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המדינה שלי וישראל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4 משפטים קצרים: מה שם המדינה שבאתם ממנה, איזו שפה מדברים שם, ומה דומה או שונה בינה לבין 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מה עוזר לי?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דברים שיכולים לעזור לכם להרגיש טוב יותר במקום 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עיר לכפר?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יבשות יש בעולם בערך?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דבר אחד שעוזר להרגיש טוב במקום חדש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עולים חדשים - גיאוגרפיה בסיסית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