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חדשים - גיאוגרפיה בסיסית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מילים חשובות בנושא עיר, כפר, יבשת ומדינה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למצוא מידע פשוט על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השוואה בין המדינה שבאתי ממנה לישראל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5-7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אסיה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כמות האנשים שגרים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תמונה שמראה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גבולות ודגל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עיר גדולה יותר ויש בה הרבה אנשים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בעולם כמה יבשות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המפה מראה את כל המדינות והיבשות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ישראל היא מדינה, לא יבשת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בכפר גרים פחות אנשים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מילה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(חלק גדול מאוד של אדמה בעולם)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(מקום גדול עם הרבה אנשים ובתים)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(מקום קטן ושקט)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(ארץ עם גבולות ודגל)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(תמונה שמראה איפה דברים נמצאים)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המדינה שלי וישראל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שם מדינה, שפה, מנהג או מאכל, והשוואה קצרה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מה עוזר לי?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לדבר עם חברים, ללמוד מילים חדשות, לשאול שאלות, להכיר שכנים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עיר גדולה עם הרבה אנשים, כפר קטן ושקט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5-7 יבשות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לדבר עם חברים או ללמוד מילים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מפת עולם בכיתה ולהצביע על היבשות והמדינה של כל 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בקצרה על הארץ שבאו ממנה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חדשים מומלץ להתחיל מחלק המילון המצויר ולתרגל הגייה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עולים חדשים - גיאוגרפיה בסיסית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מילים פשוטות - עיר, כפר, יבשת, מדינה. המילים עוזרות להכיר את הארץ החדשה.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יַבֶּשֶׁת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חֵלֶק גָּדוֹל מְאוֹד שֶׁל אֲדָמָה בָּעוֹלָם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עִיר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גָּדוֹל עִם הַרְבֵּה אֲנָשִׁים וּבָתִּים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כְּפָר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מָקוֹם קָטָן וְשָׁקֵט עִם מְעַט אֲנָשִׁים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מַפָּה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תְּמוּנָה שֶׁמַּרְאָה אֵיפֹה דְּבָרִים נִמְצָאִים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מְדִינָה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אֶרֶץ עִם גְּבוּלוֹת, דֶּגֶל וּמֶמְשָׁלָה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שָׁכֵן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שֶׁגָּר קָרוֹב אֵלַי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עוֹלֶה חָדָש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שֶׁהִגִּיעַ לָאָרֶץ לֹא מִזְּמַן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יבשות יש בעולם?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5-7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באיזו יבשת נמצאת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אפריקה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אמריקה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שונה בין עיר לכפר?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הצבע של הבתים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כמות האנשים שגרים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השפה שמדברים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האוכל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זאת מפה?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 סיפורים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תמונה שמראה מקומות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יש רק למדינה?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גבולות ודגל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בעיר יש בדרך כלל יותר אנשים מאשר בכפר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העולם יש רק יבשת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למצוא מדינות שונות על המפה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היא יבשת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כפר הוא בדרך כלל קטן יותר מעיר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גר ב__________ חדשה בישראל ויש בה הרבה בתים גבוהים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למצוא את הארץ שלי אני מסתכל על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שלי גר ממש ליד הבית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ישראל היא __________ קטנה במזרח התיכון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במקום שקט עם מעט בתים ואנשים גרים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מילה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יבשת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מקום קטן ושקט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תמונה שמראה איפה דברים נמצאים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ארץ עם גבולות ודגל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מדינה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מקום גדול עם הרבה אנשים ובתים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גדול מאוד של אדמה בעולם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המדינה שלי וישראל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4 משפטים קצרים: מה שם המדינה שבאתם ממנה, איזו שפה מדברים שם, ומה דומה או שונה בינה לבין ישראל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מה עוזר לי?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שיכולים לעזור לכם להרגיש טוב יותר במקום חדש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עיר לכפר?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יבשות יש בעולם בערך?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דבר אחד שעוזר להרגיש טוב במקום חדש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עולים חדשים - גיאוגרפיה בסיסית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