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חדשים - גיאוגרפיה בסיסית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בנושא עיר, כפר, יבשת ומדינה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למצוא מידע פשוט על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המדינה שבאתי ממנה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5-7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כמות האנשים שגרים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עיר גדולה יותר ויש בה הרבה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המפה מראה את כל המדינות והיבשות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(חלק גדול מאוד של אדמה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קטן ושקט)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(ארץ עם גבולות ודגל)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המדינה שלי וישראל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מה עוזר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לדבר עם חברים, ללמוד מילים חדשות, לשאול שאלות, להכיר שכנים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גדולה עם הרבה אנשים, כפר קטן ושקט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5-7 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לדבר עם חברים או ללמוד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מפת עולם בכיתה ולהצביע על היבשות והמדינה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בקצרה על הארץ שבאו ממנה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מחלק המילון המצויר ולתרגל הגייה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חדשים - גיאוגרפיה בסיסית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ומושגים בגיאוגרפיה שעוזרים להכיר את הארץ החדשה - עיר, כפר, יבשת ומדינה.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עיר  ·  שכן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בוחרים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יבשות יש בעולם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ישראל נמצאת ביבשת...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ההבדל העיקרי בין עיר לכפר?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הצבע של הבתים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כמות האנשים שגרים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השפה שמדברים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בעיר יש בדרך כלל יותר אנשים מאשר בכפר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למצוא מדינות שונות על המפה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גר ב__________ חדשה בישראל ויש בה הרבה בתים גבוהים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שלי גר ממש ליד הבית שלנו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ארץ עם גבולות ודגל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חלק גדול מאוד של אדמה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קטן ושקט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המדינה שלי וישראל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מה עוזר 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דברים שיכולים לעזור לכם להרגיש טוב יותר במקום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עיר לכפר?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יבשות יש בעולם בערך?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עולים חדשים - גיאוגרפיה בסיסית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